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הזמן שלי – דף עבודה לעולים – מתקדם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סידורים, תכנון ובחירה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הבוקר של דני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דני בן 20. בכל יום שלישי יש לו חוג בישול במרכז הקהילתי, בשעה 10:00.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ביום שני בערב דני פתח את היומן וכתב תוכנית לבוקר: 8:30 – לקום, 9:30 – לצאת מהבית. הוא גם קבע תזכורת בטלפון לשעה 8:30.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ביום שלישי התזכורת צלצלה, ודני קם מיד. קודם הוא התקלח, ואחר כך הכין חביתה ואכל ארוחת בוקר. הוא יודע שההליכה למרכז לוקחת בערך 20 דקות.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בשעה 9:10 הטלפון צלצל. זאת הייתה אמא שלו. הם דיברו ודיברו, ודני לא הסתכל בשעון. כשהשיחה נגמרה, השעה כבר הייתה 9:25. נשארו לו רק 5 דקות עד היציאה, והוא עוד לא היה מוכן!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דני עצר לרגע וחשב: מה הכי חשוב עכשיו? הוא נעל נעליים, לקח איתו את הסינר לחוג, את הארנק ואת המפתחות. את הכלים המלוכלכים הוא השאיר בכיור – אפשר לשטוף אותם אחר הצהריים.</w:t>
      </w:r>
    </w:p>
    <w:p>
      <w:pPr>
        <w:bidi/>
        <w:spacing w:after="120"/>
        <w:jc w:val="right"/>
      </w:pPr>
      <w:r>
        <w:rPr>
          <w:rFonts w:ascii="Arial" w:hAnsi="Arial" w:cs="Arial"/>
          <w:sz w:val="24"/>
          <w:rtl/>
          <w:szCs w:val="24"/>
        </w:rPr>
        <w:t>בשעה 9:30 בדיוק דני יצא מהבית. בדרך הוא חשב: "בפעם הבאה, אם מישהו יתקשר אליי בבוקר, אגיד לו שאני מתארגן ואחזור אליו אחר כך."</w:t>
      </w:r>
    </w:p>
    <w:p>
      <w:pPr>
        <w:bidi/>
        <w:spacing w:after="80"/>
        <w:jc w:val="right"/>
      </w:pPr>
      <w:r>
        <w:rPr>
          <w:rFonts w:ascii="Arial" w:hAnsi="Arial" w:cs="Arial"/>
          <w:color w:val="666666"/>
          <w:sz w:val="18"/>
          <w:rtl/>
          <w:szCs w:val="18"/>
        </w:rPr>
        <w:t>מבוסס על דף העבודה "הבוקר של דני" של רוית ראש בן ישי</w:t>
      </w:r>
    </w:p>
    <w:p>
      <w:pPr>
        <w:bidi/>
        <w:spacing w:after="8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הקיפו את התשובה הנכונה: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1. באיזה יום ובאיזו שעה מתחיל חוג הבישול?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יום שני, 9:30   ○ יום שלישי, 10:00   ○ יום שלישי, 8:30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2. מה דני עשה קודם אחרי שקם?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הכין חביתה   ○ התקלח   ○ דיבר עם אמא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3. באיזו שעה דני הגיע לחוג?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9:50   ○ 10:00   ○ 10:20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4. למה נשארו לדני רק 5 דקות להתארגן?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כי קם מאוחר   ○ כי דיבר בטלפון 15 דקות ולא הסתכל בשעון   ○ כי ההליכה ארוכה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5. מה דני החליט לעשות בפעם הבאה?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לא לענות לאמא לעולם   ○ לומר שהוא מתארגן ולחזור אחר כך   ○ לקום ב-7:00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6. מה הכי חשוב לעשות כשאין מספיק זמן בבוקר? ספרו על פעם שזה קרה לכם.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3-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3-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3-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o3-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אתגר: השעון הראשון מראה עכשיו. מה השעה תהיה בעוד חצי שעה?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הבוקר של דני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דני דיבר בטלפון עם אמא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דני יצא מהבית ב-9:30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דני הכין חביתה ואכל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התזכורת צלצלה ודני קם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דני נעל נעליים ולקח סינר, ארנק ומפתחות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דני התקלח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בבוקר חשוב, חבר מתקשר ורוצה לדבר הרבה.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הקיפו:  ○ מדברים עד שהוא מסיים   ○ "אני מתארגן, אחזור אליך אחר כך"   ○ לא עונים אף פעם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למה?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שלושה סידורים שלי השבוע – לפי הסדר, עם יום ושעה: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מה יכול לחכות, ומה חייב להיות קודם?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